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1BD8B" w14:textId="77777777" w:rsidR="008837FD" w:rsidRDefault="00E37865">
      <w:pPr>
        <w:jc w:val="center"/>
      </w:pPr>
      <w:r>
        <w:rPr>
          <w:b/>
          <w:sz w:val="36"/>
        </w:rPr>
        <w:t>EXPOETE 2026</w:t>
      </w:r>
    </w:p>
    <w:p w14:paraId="5EE16499" w14:textId="77777777" w:rsidR="008837FD" w:rsidRDefault="00E37865">
      <w:pPr>
        <w:jc w:val="center"/>
      </w:pPr>
      <w:r>
        <w:rPr>
          <w:b/>
          <w:sz w:val="26"/>
        </w:rPr>
        <w:t>“Ideias que Conectam, Soluções que Transformam”</w:t>
      </w:r>
    </w:p>
    <w:p w14:paraId="07DD1907" w14:textId="77777777" w:rsidR="008837FD" w:rsidRDefault="00E37865">
      <w:pPr>
        <w:jc w:val="center"/>
      </w:pPr>
      <w:r>
        <w:rPr>
          <w:b/>
          <w:sz w:val="30"/>
        </w:rPr>
        <w:t>REGULAMENTO</w:t>
      </w:r>
    </w:p>
    <w:p w14:paraId="4815D40B" w14:textId="77777777" w:rsidR="008837FD" w:rsidRDefault="00E37865">
      <w:pPr>
        <w:spacing w:before="200" w:after="100"/>
      </w:pPr>
      <w:r>
        <w:rPr>
          <w:b/>
          <w:sz w:val="24"/>
        </w:rPr>
        <w:t>1. OBJETIVO GERAL</w:t>
      </w:r>
    </w:p>
    <w:p w14:paraId="0874942C" w14:textId="77777777" w:rsidR="008837FD" w:rsidRDefault="00E37865">
      <w:pPr>
        <w:spacing w:after="100"/>
        <w:jc w:val="both"/>
      </w:pPr>
      <w:r>
        <w:t>A EXPOETE 2026 é um evento anual que proporciona uma importante oportunidade de integração entre diferentes áreas do conhecimento, promovendo a troca de experiências, a criatividade, a inovação e a aplicação prática dos conhecimentos desenvolvidos no ambiente escolar.</w:t>
      </w:r>
    </w:p>
    <w:p w14:paraId="7B651E38" w14:textId="77777777" w:rsidR="008837FD" w:rsidRDefault="00E37865">
      <w:pPr>
        <w:spacing w:after="100"/>
        <w:jc w:val="both"/>
      </w:pPr>
      <w:r>
        <w:t>Com o propósito de inspirar alunos, professores e visitantes, a EXPOETE tem como objetivo valorizar o conhecimento como ferramenta essencial para a construção de um futuro próspero, sustentável e inovador.</w:t>
      </w:r>
    </w:p>
    <w:p w14:paraId="71453A0F" w14:textId="77777777" w:rsidR="008837FD" w:rsidRDefault="00E37865">
      <w:pPr>
        <w:spacing w:after="100"/>
        <w:jc w:val="both"/>
      </w:pPr>
      <w:r>
        <w:t>O evento busca estimular a criatividade, a autonomia, o pensamento crítico e a capacidade de resolução de problemas dos alunos, utilizando a educação como instrumento para transformar ideias em soluções capazes de contribuir para a sociedade.</w:t>
      </w:r>
    </w:p>
    <w:p w14:paraId="07D14B10" w14:textId="77777777" w:rsidR="008837FD" w:rsidRDefault="00E37865">
      <w:pPr>
        <w:spacing w:after="100"/>
        <w:jc w:val="both"/>
      </w:pPr>
      <w:r>
        <w:t>Além disso, a EXPOETE fortalece a integração entre escola, empresas e comunidade, por meio da exposição e apresentação de projetos desenvolvidos pelos alunos, evidenciando a aplicação prática dos conhecimentos adquiridos em sala de aula.</w:t>
      </w:r>
    </w:p>
    <w:p w14:paraId="033950CD" w14:textId="77777777" w:rsidR="008837FD" w:rsidRDefault="00E37865">
      <w:pPr>
        <w:spacing w:after="100"/>
        <w:jc w:val="both"/>
      </w:pPr>
      <w:r>
        <w:t>As atividades apresentadas possibilitam aos estudantes enfrentar desafios reais, desenvolver competências e habilidades e demonstrar o impacto da educação na formação de cidadãos conscientes, criativos e preparados para contribuir com o desenvolvimento científico, tecnológico, econômico e social.</w:t>
      </w:r>
    </w:p>
    <w:p w14:paraId="48DD6D7D" w14:textId="77777777" w:rsidR="008837FD" w:rsidRDefault="00E37865">
      <w:pPr>
        <w:spacing w:before="200" w:after="100"/>
      </w:pPr>
      <w:r>
        <w:rPr>
          <w:b/>
          <w:sz w:val="24"/>
        </w:rPr>
        <w:t>2. OBJETIVOS ESPECÍFICOS</w:t>
      </w:r>
    </w:p>
    <w:p w14:paraId="71BE23E9" w14:textId="77777777" w:rsidR="008837FD" w:rsidRDefault="00E37865">
      <w:pPr>
        <w:spacing w:after="100"/>
        <w:jc w:val="both"/>
      </w:pPr>
      <w:r>
        <w:t>a) Promover a integração entre alunos, professores, empresas e comunidade externa;</w:t>
      </w:r>
    </w:p>
    <w:p w14:paraId="267487C6" w14:textId="77777777" w:rsidR="008837FD" w:rsidRDefault="00E37865">
      <w:pPr>
        <w:spacing w:after="100"/>
        <w:jc w:val="both"/>
      </w:pPr>
      <w:r>
        <w:t>b) Estimular a criatividade, a inovação, a autonomia e o pensamento crítico dos alunos;</w:t>
      </w:r>
    </w:p>
    <w:p w14:paraId="5F898095" w14:textId="77777777" w:rsidR="008837FD" w:rsidRDefault="00E37865">
      <w:pPr>
        <w:spacing w:after="100"/>
        <w:jc w:val="both"/>
      </w:pPr>
      <w:r>
        <w:t>c) Incentivar a transformação de ideias em projetos e soluções inovadoras;</w:t>
      </w:r>
    </w:p>
    <w:p w14:paraId="3916C32C" w14:textId="77777777" w:rsidR="008837FD" w:rsidRDefault="00E37865">
      <w:pPr>
        <w:spacing w:after="100"/>
        <w:jc w:val="both"/>
      </w:pPr>
      <w:r>
        <w:t>d) Proporcionar aos alunos a oportunidade de aplicar, na prática, os conhecimentos adquiridos ao longo do processo de ensino e aprendizagem;</w:t>
      </w:r>
    </w:p>
    <w:p w14:paraId="394A502B" w14:textId="77777777" w:rsidR="008837FD" w:rsidRDefault="00E37865">
      <w:pPr>
        <w:spacing w:after="100"/>
        <w:jc w:val="both"/>
      </w:pPr>
      <w:r>
        <w:t>e) Diversificar as práticas pedagógicas e os instrumentos de avaliação;</w:t>
      </w:r>
    </w:p>
    <w:p w14:paraId="72F24BA6" w14:textId="77777777" w:rsidR="008837FD" w:rsidRDefault="00E37865">
      <w:pPr>
        <w:spacing w:after="100"/>
        <w:jc w:val="both"/>
      </w:pPr>
      <w:r>
        <w:t>f) Utilizar metodologias ativas como estratégia para favorecer a participação e o protagonismo dos estudantes;</w:t>
      </w:r>
    </w:p>
    <w:p w14:paraId="544D0AD3" w14:textId="77777777" w:rsidR="008837FD" w:rsidRDefault="00E37865">
      <w:pPr>
        <w:spacing w:after="100"/>
        <w:jc w:val="both"/>
      </w:pPr>
      <w:r>
        <w:t>g) Estimular o trabalho em equipe, a organização, o planejamento e a responsabilidade coletiva;</w:t>
      </w:r>
    </w:p>
    <w:p w14:paraId="2AA533AB" w14:textId="77777777" w:rsidR="008837FD" w:rsidRDefault="00E37865">
      <w:pPr>
        <w:spacing w:after="100"/>
        <w:jc w:val="both"/>
      </w:pPr>
      <w:r>
        <w:t>h) Desenvolver competências relacionadas à comunicação, liderança, resolução de problemas e apresentação de projetos;</w:t>
      </w:r>
    </w:p>
    <w:p w14:paraId="1EBBF9FF" w14:textId="77777777" w:rsidR="008837FD" w:rsidRDefault="00FA2BFF">
      <w:pPr>
        <w:spacing w:after="100"/>
        <w:jc w:val="both"/>
      </w:pPr>
      <w:r>
        <w:t>i</w:t>
      </w:r>
      <w:r w:rsidR="00E37865">
        <w:t>) Valorizar os projetos desenvolvidos pelos alunos e possibilitar o compartilhamento de conhecimentos e experiências;</w:t>
      </w:r>
    </w:p>
    <w:p w14:paraId="2C725B11" w14:textId="77777777" w:rsidR="008837FD" w:rsidRDefault="00FA2BFF">
      <w:pPr>
        <w:spacing w:after="100"/>
        <w:jc w:val="both"/>
      </w:pPr>
      <w:r>
        <w:lastRenderedPageBreak/>
        <w:t>j</w:t>
      </w:r>
      <w:r w:rsidR="00E37865">
        <w:t>) Incentivar a busca por soluções para situações e desafios reais, considerando aspectos científicos, tecnológicos, sociais, ambientais e econômicos.</w:t>
      </w:r>
    </w:p>
    <w:p w14:paraId="3A1C7431" w14:textId="77777777" w:rsidR="008837FD" w:rsidRDefault="00E37865">
      <w:pPr>
        <w:spacing w:before="200" w:after="100"/>
      </w:pPr>
      <w:r>
        <w:rPr>
          <w:b/>
          <w:sz w:val="24"/>
        </w:rPr>
        <w:t>3. DAS INSCRIÇÕES E DOS PROJETOS</w:t>
      </w:r>
    </w:p>
    <w:p w14:paraId="70A24D8B" w14:textId="77777777" w:rsidR="008837FD" w:rsidRDefault="009B05E2">
      <w:pPr>
        <w:spacing w:after="100"/>
        <w:jc w:val="both"/>
      </w:pPr>
      <w:r>
        <w:t>3.1</w:t>
      </w:r>
      <w:r w:rsidR="00FA2BFF">
        <w:t xml:space="preserve"> A inscrição deverá</w:t>
      </w:r>
      <w:r w:rsidR="00E37865">
        <w:t xml:space="preserve"> </w:t>
      </w:r>
      <w:r>
        <w:t xml:space="preserve">ser </w:t>
      </w:r>
      <w:r w:rsidR="00E37865">
        <w:t>realizada on-line, por meio de formulário eletrônico (Forms), conforme orientações divulgadas pela Unidade Escolar.</w:t>
      </w:r>
    </w:p>
    <w:p w14:paraId="1D85D438" w14:textId="77777777" w:rsidR="008837FD" w:rsidRDefault="009B05E2">
      <w:pPr>
        <w:spacing w:after="100"/>
        <w:jc w:val="both"/>
      </w:pPr>
      <w:r>
        <w:t>3.2</w:t>
      </w:r>
      <w:r w:rsidR="00E37865">
        <w:t xml:space="preserve"> Para que a inscrição seja considerada válida, todas as informações solicitadas deverão ser devidamente preenchidas pela turma e o projeto deverá contar com a indicação dos professores responsáveis/orientadores.</w:t>
      </w:r>
    </w:p>
    <w:p w14:paraId="322B3299" w14:textId="77777777" w:rsidR="008837FD" w:rsidRDefault="009B05E2">
      <w:pPr>
        <w:spacing w:after="100"/>
        <w:jc w:val="both"/>
      </w:pPr>
      <w:r>
        <w:t>3.3</w:t>
      </w:r>
      <w:r w:rsidR="00E37865">
        <w:t xml:space="preserve"> A turma responsável pelo projeto deverá realizar seu planejamento considerando as características, necessidades e orientações estabelecidas neste Regulamento.</w:t>
      </w:r>
    </w:p>
    <w:p w14:paraId="3E40F1A5" w14:textId="77777777" w:rsidR="008837FD" w:rsidRDefault="009B05E2">
      <w:pPr>
        <w:spacing w:after="100"/>
        <w:jc w:val="both"/>
      </w:pPr>
      <w:r>
        <w:t>3.4</w:t>
      </w:r>
      <w:r w:rsidR="00E37865">
        <w:t xml:space="preserve"> Cada projeto deverá indicar, no momento da inscrição, as necessidades específicas para sua execução e apresentação, incluindo espaço físico, equipamentos, materiai</w:t>
      </w:r>
      <w:r w:rsidR="00FA2BFF">
        <w:t>s e demais recursos necessários, para que seja analisada a viabilidade.</w:t>
      </w:r>
    </w:p>
    <w:p w14:paraId="5C832D84" w14:textId="77777777" w:rsidR="008837FD" w:rsidRDefault="009B05E2">
      <w:pPr>
        <w:spacing w:after="100"/>
        <w:jc w:val="both"/>
      </w:pPr>
      <w:r>
        <w:t>3.5</w:t>
      </w:r>
      <w:r w:rsidR="00E37865">
        <w:t xml:space="preserve"> A participação na EXPOETE implica </w:t>
      </w:r>
      <w:r>
        <w:t>n</w:t>
      </w:r>
      <w:r w:rsidR="00E37865">
        <w:t>o cumprimento das normas estabelecidas neste Regulamento, bem como dos horários, prazos e orientações definidos pela Comissão Organizadora e pela Unidade Escolar.</w:t>
      </w:r>
    </w:p>
    <w:p w14:paraId="2F761458" w14:textId="77777777" w:rsidR="008837FD" w:rsidRDefault="00E37865">
      <w:pPr>
        <w:spacing w:before="200" w:after="100"/>
      </w:pPr>
      <w:r>
        <w:rPr>
          <w:b/>
          <w:sz w:val="24"/>
        </w:rPr>
        <w:t>4. DOS ESPAÇOS FÍSICOS</w:t>
      </w:r>
    </w:p>
    <w:p w14:paraId="5FF74351" w14:textId="77777777" w:rsidR="008837FD" w:rsidRDefault="00E37865">
      <w:pPr>
        <w:spacing w:after="100"/>
        <w:jc w:val="both"/>
      </w:pPr>
      <w:r>
        <w:t>4.1 No formulário de inscrição, a equipe deverá informar o espaço físico necessário para a realização e apresentação do projeto, especificando suas necessidades, tais como:</w:t>
      </w:r>
    </w:p>
    <w:p w14:paraId="2BDE61FA" w14:textId="77777777" w:rsidR="008837FD" w:rsidRDefault="00E37865">
      <w:pPr>
        <w:spacing w:after="100"/>
        <w:jc w:val="both"/>
      </w:pPr>
      <w:r>
        <w:t>a) laboratório de informática;</w:t>
      </w:r>
    </w:p>
    <w:p w14:paraId="0D618EB6" w14:textId="77777777" w:rsidR="008837FD" w:rsidRDefault="00E37865">
      <w:pPr>
        <w:spacing w:after="100"/>
        <w:jc w:val="both"/>
      </w:pPr>
      <w:r>
        <w:t>b) laboratório de manufatura;</w:t>
      </w:r>
    </w:p>
    <w:p w14:paraId="72AC9C41" w14:textId="77777777" w:rsidR="008837FD" w:rsidRDefault="00E37865">
      <w:pPr>
        <w:spacing w:after="100"/>
        <w:jc w:val="both"/>
      </w:pPr>
      <w:r>
        <w:t>c) salas de aula;</w:t>
      </w:r>
    </w:p>
    <w:p w14:paraId="62F35608" w14:textId="77777777" w:rsidR="008837FD" w:rsidRDefault="00E37865">
      <w:pPr>
        <w:spacing w:after="100"/>
        <w:jc w:val="both"/>
      </w:pPr>
      <w:r>
        <w:t>d) espaços externos;</w:t>
      </w:r>
    </w:p>
    <w:p w14:paraId="2C386AD1" w14:textId="77777777" w:rsidR="008837FD" w:rsidRDefault="00E37865">
      <w:pPr>
        <w:spacing w:after="100"/>
        <w:jc w:val="both"/>
      </w:pPr>
      <w:r>
        <w:t>e) utilização de equipamentos específicos;</w:t>
      </w:r>
    </w:p>
    <w:p w14:paraId="0B669BB6" w14:textId="77777777" w:rsidR="008837FD" w:rsidRDefault="00E37865">
      <w:pPr>
        <w:spacing w:after="100"/>
        <w:jc w:val="both"/>
      </w:pPr>
      <w:r>
        <w:t>f) outros ambientes ou estruturas necessários à execução do projeto.</w:t>
      </w:r>
    </w:p>
    <w:p w14:paraId="7A70490A" w14:textId="77777777" w:rsidR="008837FD" w:rsidRDefault="00E37865">
      <w:pPr>
        <w:spacing w:after="100"/>
        <w:jc w:val="both"/>
      </w:pPr>
      <w:r>
        <w:t>4.2 A solicitação de espaço deverá ser acompanhada da descrição das necessidades e das características do projeto, possibilitando a análise da viabilidade de atendimento.</w:t>
      </w:r>
    </w:p>
    <w:p w14:paraId="40AF001D" w14:textId="77777777" w:rsidR="008837FD" w:rsidRDefault="00E37865">
      <w:pPr>
        <w:spacing w:after="100"/>
        <w:jc w:val="both"/>
      </w:pPr>
      <w:r>
        <w:t>4.3 A definição dos esp</w:t>
      </w:r>
      <w:r w:rsidR="009B05E2">
        <w:t>aços será realizada posteriormente após análise de cenário e disponibilidade de espaço</w:t>
      </w:r>
      <w:r>
        <w:t xml:space="preserve">, </w:t>
      </w:r>
      <w:r w:rsidR="009B05E2">
        <w:t xml:space="preserve">pela equipe de direção </w:t>
      </w:r>
      <w:r>
        <w:t>em conjunto com a Coordenação de Curso e/ou Comissão Organizadora, considerando a quantidade de projetos inscritos, as características de cada trabalho, a segurança dos participantes e a disponibilidade dos ambientes.</w:t>
      </w:r>
    </w:p>
    <w:p w14:paraId="14A43F91" w14:textId="77777777" w:rsidR="008837FD" w:rsidRDefault="00E37865">
      <w:pPr>
        <w:spacing w:after="100"/>
        <w:jc w:val="both"/>
      </w:pPr>
      <w:r>
        <w:t>4.4 A indicação de determinado espaço no formulário de inscrição não garante sua disponibilização, ficando sua concessão condicionada à análise e à disponibilidade da Unidade Escolar.</w:t>
      </w:r>
    </w:p>
    <w:p w14:paraId="7C2747C8" w14:textId="77777777" w:rsidR="008837FD" w:rsidRDefault="00E37865">
      <w:pPr>
        <w:spacing w:after="100"/>
        <w:jc w:val="both"/>
      </w:pPr>
      <w:r>
        <w:t>4.5 A organização dos projetos poderá sofrer alterações de espaço, conforme necessidade da Unidade Escolar e organização geral do evento.</w:t>
      </w:r>
    </w:p>
    <w:p w14:paraId="09F9C702" w14:textId="77777777" w:rsidR="008837FD" w:rsidRDefault="00E37865">
      <w:pPr>
        <w:spacing w:before="200" w:after="100"/>
      </w:pPr>
      <w:r>
        <w:rPr>
          <w:b/>
          <w:sz w:val="24"/>
        </w:rPr>
        <w:lastRenderedPageBreak/>
        <w:t>5. DOS EQUIPAMENTOS, MATERIAIS E RECURSOS</w:t>
      </w:r>
    </w:p>
    <w:p w14:paraId="4E545B3D" w14:textId="77777777" w:rsidR="008837FD" w:rsidRDefault="00E37865">
      <w:pPr>
        <w:spacing w:after="100"/>
        <w:jc w:val="both"/>
      </w:pPr>
      <w:r>
        <w:t>5.1 Os equipamentos, materiais e demais recursos necessários para a elaboração, montagem e apresentação dos projetos deverão ser providenciados pelas respectivas equipes.</w:t>
      </w:r>
    </w:p>
    <w:p w14:paraId="153CFFE4" w14:textId="7903E71D" w:rsidR="008837FD" w:rsidRDefault="00E37865">
      <w:pPr>
        <w:spacing w:after="100"/>
        <w:jc w:val="both"/>
      </w:pPr>
      <w:r>
        <w:t xml:space="preserve">5.2 Cada equipe deverá realizar, antecipadamente, o levantamento de todos os materiais e equipamentos necessários para </w:t>
      </w:r>
      <w:proofErr w:type="gramStart"/>
      <w:r>
        <w:t>a</w:t>
      </w:r>
      <w:proofErr w:type="gramEnd"/>
      <w:r>
        <w:t xml:space="preserve"> exe</w:t>
      </w:r>
      <w:r w:rsidR="00FA2BFF">
        <w:t xml:space="preserve">cução e apresentação do projeto, incluindo extensão e </w:t>
      </w:r>
      <w:proofErr w:type="spellStart"/>
      <w:r w:rsidR="00FA2BFF">
        <w:t>materiais</w:t>
      </w:r>
      <w:proofErr w:type="spellEnd"/>
      <w:r w:rsidR="00FA2BFF">
        <w:t xml:space="preserve"> tais </w:t>
      </w:r>
      <w:proofErr w:type="spellStart"/>
      <w:r w:rsidR="00FA2BFF">
        <w:t>como</w:t>
      </w:r>
      <w:proofErr w:type="spellEnd"/>
      <w:r w:rsidR="00FA2BFF">
        <w:t xml:space="preserve"> </w:t>
      </w:r>
      <w:proofErr w:type="spellStart"/>
      <w:r w:rsidR="00FA2BFF">
        <w:t>tesoura</w:t>
      </w:r>
      <w:proofErr w:type="spellEnd"/>
      <w:r w:rsidR="00FA2BFF">
        <w:t xml:space="preserve">, </w:t>
      </w:r>
      <w:proofErr w:type="spellStart"/>
      <w:r w:rsidR="00FA2BFF">
        <w:t>grampeador</w:t>
      </w:r>
      <w:proofErr w:type="spellEnd"/>
      <w:r w:rsidR="00FA2BFF">
        <w:t>, cola entre outros materiais que forem necessários.</w:t>
      </w:r>
    </w:p>
    <w:p w14:paraId="6031814D" w14:textId="77777777" w:rsidR="008837FD" w:rsidRDefault="00E37865">
      <w:pPr>
        <w:spacing w:after="100"/>
        <w:jc w:val="both"/>
      </w:pPr>
      <w:r>
        <w:t>5.3 A Unidade Escolar não se responsabilizará pelo fornecimento de materiais ou equipamentos que não estejam previamente disponibilizados e autorizados para utilização no evento.</w:t>
      </w:r>
    </w:p>
    <w:p w14:paraId="663A5F01" w14:textId="77777777" w:rsidR="00FA2BFF" w:rsidRDefault="00E37865" w:rsidP="00FA2BFF">
      <w:pPr>
        <w:spacing w:after="100"/>
        <w:jc w:val="both"/>
      </w:pPr>
      <w:r>
        <w:t>5.4 Quando necessário, a equipe poderá buscar recursos por meio de patrocínios, doações ou parcerias, desde que previamente a</w:t>
      </w:r>
      <w:r w:rsidR="00FA2BFF">
        <w:t>utorizados pela Unidade Escolar, a busca por patrocínios, doações ou parcerias deverá ocorrer sob responsabilidade e supervisão dos professores orientadores, respeitando as normas institucionais.</w:t>
      </w:r>
    </w:p>
    <w:p w14:paraId="685BA91D" w14:textId="77777777" w:rsidR="008837FD" w:rsidRDefault="00E37865">
      <w:pPr>
        <w:spacing w:after="100"/>
        <w:jc w:val="both"/>
      </w:pPr>
      <w:r>
        <w:t>5.5 Os ofícios destinados à solicitação de materiais, recursos, patrocínios ou parcerias deverão ser encaminhados ao Coordenador de Curso, para avaliação e autorização antes de sua formalização.</w:t>
      </w:r>
    </w:p>
    <w:p w14:paraId="1F73B220" w14:textId="77777777" w:rsidR="008837FD" w:rsidRDefault="00E37865">
      <w:pPr>
        <w:spacing w:before="200" w:after="100"/>
      </w:pPr>
      <w:r>
        <w:rPr>
          <w:b/>
          <w:sz w:val="24"/>
        </w:rPr>
        <w:t>6. DA PRESERVAÇÃO DO PATRIMÔNIO ESCOLAR</w:t>
      </w:r>
    </w:p>
    <w:p w14:paraId="34854161" w14:textId="77777777" w:rsidR="008837FD" w:rsidRDefault="00E37865">
      <w:pPr>
        <w:spacing w:after="100"/>
        <w:jc w:val="both"/>
      </w:pPr>
      <w:r>
        <w:t>6.1 É expressamente proibida qualquer ação que possa danificar a estrutura física, mobiliário, equipamentos ou patrimônio da Unidade Escolar.</w:t>
      </w:r>
    </w:p>
    <w:p w14:paraId="7729F236" w14:textId="77777777" w:rsidR="008837FD" w:rsidRDefault="00E37865">
      <w:pPr>
        <w:spacing w:after="100"/>
        <w:jc w:val="both"/>
      </w:pPr>
      <w:r>
        <w:t>6.2 Não será permitido utilizar materiais ou métodos de fixação que possam causar danos às paredes, revestimentos, quadros brancos, tetos, portas, pisos, laboratórios ou demais estruturas da escola.</w:t>
      </w:r>
    </w:p>
    <w:p w14:paraId="1F3E08DD" w14:textId="7D1833AD" w:rsidR="008837FD" w:rsidRDefault="00E37865">
      <w:pPr>
        <w:spacing w:after="100"/>
        <w:jc w:val="both"/>
      </w:pPr>
      <w:r>
        <w:t xml:space="preserve">6.3 Fica vedada a utilização de fitas </w:t>
      </w:r>
      <w:proofErr w:type="spellStart"/>
      <w:r>
        <w:t>dupla</w:t>
      </w:r>
      <w:proofErr w:type="spellEnd"/>
      <w:r>
        <w:t xml:space="preserve"> face, </w:t>
      </w:r>
      <w:proofErr w:type="spellStart"/>
      <w:r>
        <w:t>fitas</w:t>
      </w:r>
      <w:proofErr w:type="spellEnd"/>
      <w:r>
        <w:t xml:space="preserve"> </w:t>
      </w:r>
      <w:proofErr w:type="spellStart"/>
      <w:r>
        <w:t>adesivas</w:t>
      </w:r>
      <w:proofErr w:type="spellEnd"/>
      <w:r w:rsidR="00A96DCD">
        <w:t xml:space="preserve"> (de </w:t>
      </w:r>
      <w:proofErr w:type="spellStart"/>
      <w:r w:rsidR="00A96DCD">
        <w:t>qualquer</w:t>
      </w:r>
      <w:proofErr w:type="spellEnd"/>
      <w:r w:rsidR="00A96DCD">
        <w:t xml:space="preserve"> </w:t>
      </w:r>
      <w:proofErr w:type="spellStart"/>
      <w:r w:rsidR="00A96DCD">
        <w:t>tipo</w:t>
      </w:r>
      <w:proofErr w:type="spellEnd"/>
      <w:r w:rsidR="00A96DCD">
        <w:t>)</w:t>
      </w:r>
      <w:r>
        <w:t xml:space="preserve">, colas </w:t>
      </w:r>
      <w:proofErr w:type="spellStart"/>
      <w:r>
        <w:t>ou</w:t>
      </w:r>
      <w:proofErr w:type="spellEnd"/>
      <w:r>
        <w:t xml:space="preserve"> outros materiais de fixação que possam danificar as superfícies da Unidade Escolar, salvo quando previamente autorizados e utilizados conforme orientação da organização.</w:t>
      </w:r>
    </w:p>
    <w:p w14:paraId="29E6DAE2" w14:textId="77777777" w:rsidR="008837FD" w:rsidRDefault="00E37865">
      <w:pPr>
        <w:spacing w:after="100"/>
        <w:jc w:val="both"/>
      </w:pPr>
      <w:r>
        <w:t>6.4 As equipes deverão zelar pela conservação dos espaços utilizados durante todas as etapas do evento.</w:t>
      </w:r>
    </w:p>
    <w:p w14:paraId="1867C65A" w14:textId="77777777" w:rsidR="008837FD" w:rsidRDefault="00E37865">
      <w:pPr>
        <w:spacing w:after="100"/>
        <w:jc w:val="both"/>
      </w:pPr>
      <w:r>
        <w:t>6.5 Eventuais danos causados ao patrimônio escolar serão avaliados pela Unidade Escolar, podendo ser atribuída responsabilidade à equipe responsável pelo projeto, conforme as normas institucionais aplicáveis.</w:t>
      </w:r>
    </w:p>
    <w:p w14:paraId="6E550BE0" w14:textId="5275E0A8" w:rsidR="009104BB" w:rsidRDefault="009104BB">
      <w:pPr>
        <w:spacing w:after="100"/>
        <w:jc w:val="both"/>
      </w:pPr>
      <w:r>
        <w:t xml:space="preserve">6.6 </w:t>
      </w:r>
      <w:r w:rsidRPr="009104BB">
        <w:t>Proib</w:t>
      </w:r>
      <w:r>
        <w:t>ido</w:t>
      </w:r>
      <w:r w:rsidRPr="009104BB">
        <w:t xml:space="preserve"> o uso de caneta permanente no quadro branco;</w:t>
      </w:r>
    </w:p>
    <w:p w14:paraId="603131A7" w14:textId="77777777" w:rsidR="008837FD" w:rsidRDefault="00E37865">
      <w:pPr>
        <w:spacing w:before="200" w:after="100"/>
      </w:pPr>
      <w:r>
        <w:rPr>
          <w:b/>
          <w:sz w:val="24"/>
        </w:rPr>
        <w:t>7. DA UTILIZAÇÃO DE MOBILIÁRIO</w:t>
      </w:r>
    </w:p>
    <w:p w14:paraId="5A4AAE08" w14:textId="77777777" w:rsidR="008837FD" w:rsidRDefault="00E37865">
      <w:pPr>
        <w:spacing w:after="100"/>
        <w:jc w:val="both"/>
      </w:pPr>
      <w:r>
        <w:t>7.1 Será permitida a utilização de cadeiras, carteiras e demais mobiliários disponíveis na Unidade Escolar para composição dos espaços de exposição, desde que autorizada pela organização.</w:t>
      </w:r>
    </w:p>
    <w:p w14:paraId="7E0344FD" w14:textId="77777777" w:rsidR="008837FD" w:rsidRDefault="00E37865">
      <w:pPr>
        <w:spacing w:after="100"/>
        <w:jc w:val="both"/>
      </w:pPr>
      <w:r>
        <w:t>7.2 A equipe será responsável pela organização, conservação e devolução do mobiliário utilizado.</w:t>
      </w:r>
    </w:p>
    <w:p w14:paraId="5E7AA72D" w14:textId="77777777" w:rsidR="008837FD" w:rsidRDefault="00E37865">
      <w:pPr>
        <w:spacing w:after="100"/>
        <w:jc w:val="both"/>
      </w:pPr>
      <w:r>
        <w:t>7.3 Ao término da exposição, todos os móveis e materiais deverão ser devolvidos e o espaço deverá ser entregue devidamente organizado e limpo.</w:t>
      </w:r>
    </w:p>
    <w:p w14:paraId="367087F1" w14:textId="3F5E1E93" w:rsidR="009104BB" w:rsidRDefault="009104BB">
      <w:pPr>
        <w:spacing w:after="100"/>
        <w:jc w:val="both"/>
      </w:pPr>
      <w:r>
        <w:lastRenderedPageBreak/>
        <w:t xml:space="preserve">7.4 </w:t>
      </w:r>
      <w:r w:rsidR="00EA3393" w:rsidRPr="00EA3393">
        <w:t>A utilização das TVs pelos grupos será priorizada de acordo com a ordem de inscrição, considerando o número de inscrição para a disponibilização dos equipamentos e respeitando a disponibilidade das TVs</w:t>
      </w:r>
      <w:r w:rsidR="00EA3393">
        <w:t>.</w:t>
      </w:r>
    </w:p>
    <w:p w14:paraId="226C6090" w14:textId="77777777" w:rsidR="008837FD" w:rsidRDefault="00E37865">
      <w:pPr>
        <w:spacing w:before="200" w:after="100"/>
      </w:pPr>
      <w:r>
        <w:rPr>
          <w:b/>
          <w:sz w:val="24"/>
        </w:rPr>
        <w:t>8. DO DEFERIMENTO DOS PROJETOS</w:t>
      </w:r>
    </w:p>
    <w:p w14:paraId="32C1276A" w14:textId="77777777" w:rsidR="008837FD" w:rsidRDefault="00E37865">
      <w:pPr>
        <w:spacing w:after="100"/>
        <w:jc w:val="both"/>
      </w:pPr>
      <w:r>
        <w:t>8.1 Após o encerramento do período de inscrições, os projetos serão submetidos à análise da equipe responsável pela organização da EXPOETE.</w:t>
      </w:r>
    </w:p>
    <w:p w14:paraId="3711E2B4" w14:textId="77777777" w:rsidR="008837FD" w:rsidRDefault="00E37865">
      <w:pPr>
        <w:spacing w:after="100"/>
        <w:jc w:val="both"/>
      </w:pPr>
      <w:r>
        <w:t>8.2 A análise considerará, entre outros aspectos:</w:t>
      </w:r>
    </w:p>
    <w:p w14:paraId="4432DB06" w14:textId="77777777" w:rsidR="008837FD" w:rsidRDefault="00E37865">
      <w:pPr>
        <w:spacing w:after="100"/>
        <w:jc w:val="both"/>
      </w:pPr>
      <w:r>
        <w:t>a) adequação do projeto aos objetivos da EXPOETE;</w:t>
      </w:r>
    </w:p>
    <w:p w14:paraId="6E094187" w14:textId="77777777" w:rsidR="008837FD" w:rsidRDefault="00E37865">
      <w:pPr>
        <w:spacing w:after="100"/>
        <w:jc w:val="both"/>
      </w:pPr>
      <w:r>
        <w:t>b) viabilidade de execução;</w:t>
      </w:r>
    </w:p>
    <w:p w14:paraId="7423DBC4" w14:textId="77777777" w:rsidR="008837FD" w:rsidRDefault="00E37865">
      <w:pPr>
        <w:spacing w:after="100"/>
        <w:jc w:val="both"/>
      </w:pPr>
      <w:r>
        <w:t>c) disponibilidade dos espaços físicos;</w:t>
      </w:r>
    </w:p>
    <w:p w14:paraId="1EB2D4A2" w14:textId="77777777" w:rsidR="008837FD" w:rsidRDefault="00E37865">
      <w:pPr>
        <w:spacing w:after="100"/>
        <w:jc w:val="both"/>
      </w:pPr>
      <w:r>
        <w:t>d) quantidade de projetos inscritos;</w:t>
      </w:r>
    </w:p>
    <w:p w14:paraId="4D940A04" w14:textId="77777777" w:rsidR="008837FD" w:rsidRDefault="00E37865">
      <w:pPr>
        <w:spacing w:after="100"/>
        <w:jc w:val="both"/>
      </w:pPr>
      <w:r>
        <w:t>e) necessidades de equipamentos e infraestrutura;</w:t>
      </w:r>
    </w:p>
    <w:p w14:paraId="43511A03" w14:textId="77777777" w:rsidR="008837FD" w:rsidRDefault="00E37865">
      <w:pPr>
        <w:spacing w:after="100"/>
        <w:jc w:val="both"/>
      </w:pPr>
      <w:r>
        <w:t>f) segurança dos participantes e visitantes;</w:t>
      </w:r>
    </w:p>
    <w:p w14:paraId="195FC7C6" w14:textId="77777777" w:rsidR="008837FD" w:rsidRDefault="00E37865">
      <w:pPr>
        <w:spacing w:after="100"/>
        <w:jc w:val="both"/>
      </w:pPr>
      <w:r>
        <w:t>g) compatibilidade com as normas da Unidade Escolar.</w:t>
      </w:r>
    </w:p>
    <w:p w14:paraId="0A7FB2E0" w14:textId="77777777" w:rsidR="008837FD" w:rsidRDefault="00E37865">
      <w:pPr>
        <w:spacing w:after="100"/>
        <w:jc w:val="both"/>
      </w:pPr>
      <w:r>
        <w:t>8.3 A aprovação do projeto estará condicionada à análise da organização e à disponibilidade de espaços e recursos.</w:t>
      </w:r>
    </w:p>
    <w:p w14:paraId="5FFDFAD6" w14:textId="77777777" w:rsidR="008837FD" w:rsidRDefault="00E37865">
      <w:pPr>
        <w:spacing w:after="100"/>
        <w:jc w:val="both"/>
      </w:pPr>
      <w:r>
        <w:t>8.4 A divulgação dos projetos aprovados ocorrerá conforme o cronograma estabelecido neste Regulamento.</w:t>
      </w:r>
    </w:p>
    <w:p w14:paraId="2D8CDE2D" w14:textId="77777777" w:rsidR="008837FD" w:rsidRDefault="00E37865">
      <w:pPr>
        <w:spacing w:after="100"/>
        <w:jc w:val="both"/>
      </w:pPr>
      <w:r>
        <w:t>8.5 A aprovação do projeto não implica fornecimento de materiais, equipamentos ou recursos pela Unidade Escolar, cabendo às equipes providenciar os itens necessários, conforme previsto neste Regulamento.</w:t>
      </w:r>
    </w:p>
    <w:p w14:paraId="1034368C" w14:textId="77777777" w:rsidR="008837FD" w:rsidRDefault="00E37865">
      <w:pPr>
        <w:spacing w:before="200" w:after="100"/>
      </w:pPr>
      <w:r>
        <w:rPr>
          <w:b/>
          <w:sz w:val="24"/>
        </w:rPr>
        <w:t>9. DA MONTAGEM E DESMONTAGEM</w:t>
      </w:r>
    </w:p>
    <w:p w14:paraId="3E1D564D" w14:textId="77777777" w:rsidR="008837FD" w:rsidRDefault="00E37865">
      <w:pPr>
        <w:spacing w:after="100"/>
        <w:jc w:val="both"/>
      </w:pPr>
      <w:r>
        <w:t>9.1 A montagem dos projetos será realizada nos dias 05 e 06 de outubro de 2026, conforme organização e horários definidos pela Unidade Escolar.</w:t>
      </w:r>
    </w:p>
    <w:p w14:paraId="06849FB8" w14:textId="77777777" w:rsidR="008837FD" w:rsidRDefault="00E37865">
      <w:pPr>
        <w:spacing w:after="100"/>
        <w:jc w:val="both"/>
      </w:pPr>
      <w:r>
        <w:t>9.2 A responsabilidade pela montagem, organização, manutenção e desmontagem dos projetos será das respectivas equipes, sob supervisão dos professores responsáveis.</w:t>
      </w:r>
    </w:p>
    <w:p w14:paraId="28EFFDDB" w14:textId="77777777" w:rsidR="008837FD" w:rsidRDefault="00E37865">
      <w:pPr>
        <w:spacing w:after="100"/>
        <w:jc w:val="both"/>
      </w:pPr>
      <w:r>
        <w:t>9.3 As equipes deverão respeitar rigorosamente os espaços e horários estabelecidos pela organização.</w:t>
      </w:r>
    </w:p>
    <w:p w14:paraId="19EA9440" w14:textId="77777777" w:rsidR="008837FD" w:rsidRDefault="00E37865">
      <w:pPr>
        <w:spacing w:after="100"/>
        <w:jc w:val="both"/>
      </w:pPr>
      <w:r>
        <w:t>9.4 A desmontagem dos projetos ocorrerá no dia 09 de outubro de 2026, devendo os espaços ser entregues completamente organizados, limpos e livres de materiais utilizados na exposição.</w:t>
      </w:r>
    </w:p>
    <w:p w14:paraId="57461EFC" w14:textId="77777777" w:rsidR="008837FD" w:rsidRDefault="00E37865">
      <w:pPr>
        <w:spacing w:after="100"/>
        <w:jc w:val="both"/>
      </w:pPr>
      <w:r>
        <w:t>9.5 A avaliação dos projetos poderá considerar o desempenho da equipe durante todas as etapas do evento, incluindo montagem, apresentação, organização, participação e desmontagem, de acordo com os critérios definidos pelos professores responsáveis.</w:t>
      </w:r>
    </w:p>
    <w:p w14:paraId="381F8B2E" w14:textId="77777777" w:rsidR="00DE2F49" w:rsidRDefault="00DE2F49">
      <w:pPr>
        <w:spacing w:after="100"/>
        <w:jc w:val="both"/>
      </w:pPr>
    </w:p>
    <w:p w14:paraId="2D2B3130" w14:textId="77777777" w:rsidR="008837FD" w:rsidRDefault="00E37865">
      <w:pPr>
        <w:spacing w:before="200" w:after="100"/>
      </w:pPr>
      <w:r>
        <w:rPr>
          <w:b/>
          <w:sz w:val="24"/>
        </w:rPr>
        <w:t>10. DA APRESENTAÇÃO DOS PROJETOS</w:t>
      </w:r>
    </w:p>
    <w:p w14:paraId="6D0AD13B" w14:textId="77777777" w:rsidR="008837FD" w:rsidRDefault="00E37865">
      <w:pPr>
        <w:spacing w:after="100"/>
        <w:jc w:val="both"/>
      </w:pPr>
      <w:r>
        <w:lastRenderedPageBreak/>
        <w:t>10.1 Durante o período de visitação, cada turma deverá organizar uma escala de part</w:t>
      </w:r>
      <w:r w:rsidR="00FA2BFF">
        <w:t>icipação entre seus integrantes, atentar-se para uma apresentação mais curta.</w:t>
      </w:r>
    </w:p>
    <w:p w14:paraId="5309B99F" w14:textId="77777777" w:rsidR="008837FD" w:rsidRDefault="00E37865">
      <w:pPr>
        <w:spacing w:after="100"/>
        <w:jc w:val="both"/>
      </w:pPr>
      <w:r>
        <w:t>10.2 O projeto deverá permanecer continuamente acompanhado por pelo menos um integrante responsável durante todo o período destinado à visitação.</w:t>
      </w:r>
    </w:p>
    <w:p w14:paraId="3722E5E6" w14:textId="77777777" w:rsidR="008837FD" w:rsidRDefault="00E37865">
      <w:pPr>
        <w:spacing w:after="100"/>
        <w:jc w:val="both"/>
      </w:pPr>
      <w:r>
        <w:t>10.3 Os estudantes deverão estar preparados para apresentar o projeto, explicar sua finalidade, metodologia, desenvolvimento, resultados e demais informações relevantes aos visitantes.</w:t>
      </w:r>
    </w:p>
    <w:p w14:paraId="50DA79ED" w14:textId="77777777" w:rsidR="008837FD" w:rsidRDefault="00E37865">
      <w:pPr>
        <w:spacing w:after="100"/>
        <w:jc w:val="both"/>
      </w:pPr>
      <w:r>
        <w:t>10.4 A equipe deverá manter postura adequada, respeitosa e compatível com o ambiente escolar durante todo o evento.</w:t>
      </w:r>
    </w:p>
    <w:p w14:paraId="68845CFA" w14:textId="77777777" w:rsidR="008837FD" w:rsidRDefault="00E37865">
      <w:pPr>
        <w:spacing w:after="100"/>
        <w:jc w:val="both"/>
      </w:pPr>
      <w:r>
        <w:t>10.5 Os professores orientadores poderão acompanhar e supervisionar as apresentações, contribuindo para o desenvolvimento e organização das atividades.</w:t>
      </w:r>
    </w:p>
    <w:p w14:paraId="38EFC188" w14:textId="77777777" w:rsidR="00457BE6" w:rsidRDefault="00457BE6" w:rsidP="00457BE6">
      <w:pPr>
        <w:spacing w:before="200" w:after="100"/>
      </w:pPr>
      <w:r>
        <w:rPr>
          <w:b/>
          <w:sz w:val="24"/>
        </w:rPr>
        <w:t>11. DO HORÁRIO DE CHEGADA E SAÍDA DAS EQUIPES – MONTAGEM E DESMONTAGEM</w:t>
      </w:r>
    </w:p>
    <w:p w14:paraId="60E048A9" w14:textId="30DAA641" w:rsidR="00457BE6" w:rsidRDefault="007805C3" w:rsidP="00457BE6">
      <w:pPr>
        <w:spacing w:after="100"/>
        <w:jc w:val="both"/>
      </w:pPr>
      <w:r>
        <w:t>05</w:t>
      </w:r>
      <w:r w:rsidR="00E37865">
        <w:t xml:space="preserve"> e 06</w:t>
      </w:r>
      <w:r w:rsidR="00457BE6">
        <w:t xml:space="preserve">/10/2026 – Período da manhã: Abertura </w:t>
      </w:r>
      <w:r w:rsidR="009104BB">
        <w:t>7h00</w:t>
      </w:r>
      <w:r w:rsidR="00457BE6">
        <w:t xml:space="preserve"> e fechamento do portão às </w:t>
      </w:r>
      <w:r w:rsidR="009104BB">
        <w:t>9h30</w:t>
      </w:r>
    </w:p>
    <w:p w14:paraId="17505576" w14:textId="688987B1" w:rsidR="00457BE6" w:rsidRDefault="00E37865" w:rsidP="00457BE6">
      <w:pPr>
        <w:spacing w:after="100"/>
        <w:jc w:val="both"/>
      </w:pPr>
      <w:r>
        <w:t>05 e 06</w:t>
      </w:r>
      <w:r w:rsidR="009104BB">
        <w:t>/10</w:t>
      </w:r>
      <w:r w:rsidR="00457BE6">
        <w:t xml:space="preserve">/2026 – Período da manhã: Horário </w:t>
      </w:r>
      <w:r w:rsidR="007805C3">
        <w:t>da chamada</w:t>
      </w:r>
      <w:r w:rsidR="00457BE6">
        <w:t xml:space="preserve"> </w:t>
      </w:r>
      <w:r w:rsidR="009104BB">
        <w:t>da</w:t>
      </w:r>
      <w:r w:rsidR="00457BE6">
        <w:t xml:space="preserve">s </w:t>
      </w:r>
      <w:r w:rsidR="009104BB">
        <w:t>7h30 às 9h30</w:t>
      </w:r>
    </w:p>
    <w:p w14:paraId="7FEB5014" w14:textId="47CEA4F4" w:rsidR="00457BE6" w:rsidRDefault="00E37865" w:rsidP="00457BE6">
      <w:pPr>
        <w:spacing w:after="100"/>
        <w:jc w:val="both"/>
      </w:pPr>
      <w:r>
        <w:t>05 e 06</w:t>
      </w:r>
      <w:r w:rsidR="00457BE6">
        <w:t xml:space="preserve">/10/2026 – Período da manhã: </w:t>
      </w:r>
      <w:r w:rsidR="009104BB">
        <w:t xml:space="preserve">Encerramento </w:t>
      </w:r>
      <w:r w:rsidR="00457BE6">
        <w:t>às</w:t>
      </w:r>
      <w:r w:rsidR="009104BB">
        <w:t xml:space="preserve"> 11h00</w:t>
      </w:r>
    </w:p>
    <w:p w14:paraId="016C02A9" w14:textId="77777777" w:rsidR="00E37865" w:rsidRDefault="00E37865" w:rsidP="007805C3">
      <w:pPr>
        <w:spacing w:after="100"/>
        <w:jc w:val="both"/>
      </w:pPr>
    </w:p>
    <w:p w14:paraId="27AEB662" w14:textId="6FE9501D" w:rsidR="007805C3" w:rsidRDefault="00E37865" w:rsidP="007805C3">
      <w:pPr>
        <w:spacing w:after="100"/>
        <w:jc w:val="both"/>
      </w:pPr>
      <w:r>
        <w:t>05 e 06</w:t>
      </w:r>
      <w:r w:rsidR="007805C3">
        <w:t xml:space="preserve">/10/2026 – Período da tarde: Abertura </w:t>
      </w:r>
      <w:r w:rsidR="009104BB">
        <w:t xml:space="preserve">13h00 </w:t>
      </w:r>
      <w:r w:rsidR="007805C3">
        <w:t xml:space="preserve">e fechamento do portão às </w:t>
      </w:r>
      <w:r w:rsidR="009104BB">
        <w:t>13h30</w:t>
      </w:r>
    </w:p>
    <w:p w14:paraId="74978ECA" w14:textId="3BC27BE9" w:rsidR="007805C3" w:rsidRDefault="00E37865" w:rsidP="007805C3">
      <w:pPr>
        <w:spacing w:after="100"/>
        <w:jc w:val="both"/>
      </w:pPr>
      <w:r>
        <w:t>05 e 06</w:t>
      </w:r>
      <w:r w:rsidR="007805C3">
        <w:t xml:space="preserve">/10/2026 – Período da tarde: </w:t>
      </w:r>
      <w:r w:rsidR="009104BB">
        <w:t>Horário da chamada das 13h30 às 15h30</w:t>
      </w:r>
    </w:p>
    <w:p w14:paraId="754DC1C5" w14:textId="6EEC705E" w:rsidR="007805C3" w:rsidRDefault="00E37865" w:rsidP="007805C3">
      <w:pPr>
        <w:spacing w:after="100"/>
        <w:jc w:val="both"/>
      </w:pPr>
      <w:r>
        <w:t>05 e 06</w:t>
      </w:r>
      <w:r w:rsidR="007805C3">
        <w:t xml:space="preserve">/10/2026 – Período da tarde: </w:t>
      </w:r>
      <w:r w:rsidR="009104BB">
        <w:t>Encerramento às 17h00</w:t>
      </w:r>
    </w:p>
    <w:p w14:paraId="430F97D4" w14:textId="77777777" w:rsidR="00457BE6" w:rsidRDefault="00457BE6">
      <w:pPr>
        <w:spacing w:after="100"/>
        <w:jc w:val="both"/>
      </w:pPr>
    </w:p>
    <w:p w14:paraId="48408432" w14:textId="79B08B67" w:rsidR="007805C3" w:rsidRDefault="00E37865" w:rsidP="007805C3">
      <w:pPr>
        <w:spacing w:after="100"/>
        <w:jc w:val="both"/>
      </w:pPr>
      <w:r>
        <w:t>05 e 06</w:t>
      </w:r>
      <w:r w:rsidR="007805C3">
        <w:t xml:space="preserve">/10/2026 – Período da noite: Abertura </w:t>
      </w:r>
      <w:r w:rsidR="009104BB">
        <w:t>19h00</w:t>
      </w:r>
      <w:r w:rsidR="007805C3">
        <w:t xml:space="preserve"> e fechamento do portão às </w:t>
      </w:r>
      <w:r w:rsidR="009104BB">
        <w:t>20h00</w:t>
      </w:r>
    </w:p>
    <w:p w14:paraId="6E1C4662" w14:textId="589BDCA6" w:rsidR="007805C3" w:rsidRDefault="00E37865" w:rsidP="007805C3">
      <w:pPr>
        <w:spacing w:after="100"/>
        <w:jc w:val="both"/>
      </w:pPr>
      <w:r>
        <w:t>05 e 06</w:t>
      </w:r>
      <w:r w:rsidR="007805C3">
        <w:t xml:space="preserve">/10/2026 – Período da noite: Horário da chamada </w:t>
      </w:r>
      <w:r w:rsidR="009104BB">
        <w:t>das 19h00 às 20h30</w:t>
      </w:r>
    </w:p>
    <w:p w14:paraId="1946F0F0" w14:textId="25DA71AE" w:rsidR="007805C3" w:rsidRDefault="00E37865">
      <w:pPr>
        <w:spacing w:after="100"/>
        <w:jc w:val="both"/>
      </w:pPr>
      <w:r>
        <w:t>05 e 06</w:t>
      </w:r>
      <w:r w:rsidR="007805C3">
        <w:t xml:space="preserve">/10/2026 – Período da noite: </w:t>
      </w:r>
      <w:r w:rsidR="009104BB">
        <w:t>Encerramento às 22h00</w:t>
      </w:r>
    </w:p>
    <w:p w14:paraId="072931C2" w14:textId="77777777" w:rsidR="009104BB" w:rsidRDefault="009104BB">
      <w:pPr>
        <w:spacing w:after="100"/>
        <w:jc w:val="both"/>
      </w:pPr>
    </w:p>
    <w:p w14:paraId="5195E048" w14:textId="77777777" w:rsidR="008837FD" w:rsidRDefault="00E37865">
      <w:pPr>
        <w:spacing w:before="200" w:after="100"/>
      </w:pPr>
      <w:r>
        <w:rPr>
          <w:b/>
          <w:sz w:val="24"/>
        </w:rPr>
        <w:t>12. DO HORÁRIO DE CHEGADA DAS EQUIPES - APRESENTAÇÃO</w:t>
      </w:r>
    </w:p>
    <w:p w14:paraId="7DCA13BA" w14:textId="77777777" w:rsidR="008837FD" w:rsidRDefault="00E37865">
      <w:pPr>
        <w:spacing w:after="100"/>
        <w:jc w:val="both"/>
      </w:pPr>
      <w:r>
        <w:t>Os alunos participantes deverão chegar à Unidade Escolar com antecedência em relação ao horário de abertura da visitação, a fim de organizar os espaços, posicionar-se e preparar-se para as apresentações.</w:t>
      </w:r>
    </w:p>
    <w:p w14:paraId="4C63C426" w14:textId="77777777" w:rsidR="008837FD" w:rsidRPr="00E37865" w:rsidRDefault="00E37865">
      <w:pPr>
        <w:spacing w:after="100"/>
        <w:jc w:val="both"/>
        <w:rPr>
          <w:b/>
          <w:u w:val="single"/>
        </w:rPr>
      </w:pPr>
      <w:r w:rsidRPr="00E37865">
        <w:rPr>
          <w:b/>
          <w:u w:val="single"/>
        </w:rPr>
        <w:t>Os horários de chegada das equipes serão:</w:t>
      </w:r>
    </w:p>
    <w:p w14:paraId="2A68D021" w14:textId="77777777" w:rsidR="008837FD" w:rsidRDefault="00E37865">
      <w:pPr>
        <w:spacing w:after="100"/>
        <w:jc w:val="both"/>
      </w:pPr>
      <w:r>
        <w:t>07/10/2026 – Período da manhã: Abertura do portão às 7h.</w:t>
      </w:r>
    </w:p>
    <w:p w14:paraId="1205522A" w14:textId="77777777" w:rsidR="008837FD" w:rsidRDefault="00E37865">
      <w:pPr>
        <w:spacing w:after="100"/>
        <w:jc w:val="both"/>
      </w:pPr>
      <w:r>
        <w:t>07/10/2026 – Período da noite: Abertura do portão às 18h.</w:t>
      </w:r>
    </w:p>
    <w:p w14:paraId="712DD65E" w14:textId="77777777" w:rsidR="008837FD" w:rsidRDefault="00E37865">
      <w:pPr>
        <w:spacing w:after="100"/>
        <w:jc w:val="both"/>
      </w:pPr>
      <w:r>
        <w:t>08/10/2026 – Período da manhã: Abertura do portão às 7h.</w:t>
      </w:r>
    </w:p>
    <w:p w14:paraId="0685CE6F" w14:textId="77777777" w:rsidR="008837FD" w:rsidRDefault="00E37865">
      <w:pPr>
        <w:spacing w:after="100"/>
        <w:jc w:val="both"/>
      </w:pPr>
      <w:r>
        <w:t>08/10/2026 – Período da noite: Abertura do portão às 18h.</w:t>
      </w:r>
    </w:p>
    <w:p w14:paraId="564D3C95" w14:textId="77777777" w:rsidR="00E37865" w:rsidRDefault="00E37865">
      <w:pPr>
        <w:spacing w:after="100"/>
        <w:jc w:val="both"/>
      </w:pPr>
    </w:p>
    <w:p w14:paraId="6C1A0C2C" w14:textId="77777777" w:rsidR="008837FD" w:rsidRDefault="00E37865">
      <w:pPr>
        <w:spacing w:before="200" w:after="100"/>
      </w:pPr>
      <w:r>
        <w:rPr>
          <w:b/>
          <w:sz w:val="24"/>
        </w:rPr>
        <w:lastRenderedPageBreak/>
        <w:t>13. DOS HORÁRIOS DE VISITAÇÃO</w:t>
      </w:r>
    </w:p>
    <w:p w14:paraId="3E51F157" w14:textId="77777777" w:rsidR="008837FD" w:rsidRPr="00DE2F49" w:rsidRDefault="00E37865">
      <w:pPr>
        <w:spacing w:after="100"/>
        <w:jc w:val="both"/>
        <w:rPr>
          <w:u w:val="single"/>
        </w:rPr>
      </w:pPr>
      <w:r w:rsidRPr="00DE2F49">
        <w:rPr>
          <w:u w:val="single"/>
        </w:rPr>
        <w:t>A visitação e apresentação dos projetos ocorrerão nos seguintes horários:</w:t>
      </w:r>
    </w:p>
    <w:p w14:paraId="68A46C19" w14:textId="77777777" w:rsidR="008837FD" w:rsidRDefault="00E37865">
      <w:pPr>
        <w:spacing w:after="100"/>
        <w:jc w:val="both"/>
      </w:pPr>
      <w:r>
        <w:t>07/10/2026 – Período da manhã: Abertura do portão às 8h e encerramento da visitação às 11h.</w:t>
      </w:r>
    </w:p>
    <w:p w14:paraId="06D3DE97" w14:textId="77777777" w:rsidR="008837FD" w:rsidRDefault="00E37865">
      <w:pPr>
        <w:spacing w:after="100"/>
        <w:jc w:val="both"/>
      </w:pPr>
      <w:r>
        <w:t>07/10/2026 – Período da noite: Abertura do portão às 19h e encerramento da visitação às 22h.</w:t>
      </w:r>
    </w:p>
    <w:p w14:paraId="090F02BA" w14:textId="77777777" w:rsidR="008837FD" w:rsidRDefault="00E37865">
      <w:pPr>
        <w:spacing w:after="100"/>
        <w:jc w:val="both"/>
      </w:pPr>
      <w:r>
        <w:t>08/10/2026 – Período da manhã: Abertura do portão às 8h e encerramento da visitação às 11h.</w:t>
      </w:r>
    </w:p>
    <w:p w14:paraId="1FE85212" w14:textId="77777777" w:rsidR="008837FD" w:rsidRDefault="00E37865">
      <w:pPr>
        <w:spacing w:after="100"/>
        <w:jc w:val="both"/>
      </w:pPr>
      <w:r>
        <w:t>08/10/2026 – Período da noite: Abertura do portão às 19h e encerramento da visitação às 22h.</w:t>
      </w:r>
    </w:p>
    <w:p w14:paraId="2EA12E5E" w14:textId="77777777" w:rsidR="008837FD" w:rsidRDefault="00DE2F49">
      <w:pPr>
        <w:spacing w:after="100"/>
        <w:jc w:val="both"/>
      </w:pPr>
      <w:r>
        <w:t>OBS:</w:t>
      </w:r>
      <w:r w:rsidR="00E37865">
        <w:t xml:space="preserve"> As equipes deverão permanecer disponíveis durante todo o período de visitação correspondente ao seu projeto.</w:t>
      </w:r>
    </w:p>
    <w:p w14:paraId="787C9DF8" w14:textId="77777777" w:rsidR="008837FD" w:rsidRDefault="00E37865">
      <w:pPr>
        <w:spacing w:before="200" w:after="100"/>
      </w:pPr>
      <w:r>
        <w:rPr>
          <w:b/>
          <w:sz w:val="24"/>
        </w:rPr>
        <w:t>14. DAS RESPONSABILIDADES DAS EQUIPES</w:t>
      </w:r>
    </w:p>
    <w:p w14:paraId="5FC51A6B" w14:textId="77777777" w:rsidR="008837FD" w:rsidRDefault="00E37865">
      <w:pPr>
        <w:spacing w:after="100"/>
        <w:jc w:val="both"/>
      </w:pPr>
      <w:r>
        <w:t>a) cumprir os prazos estabelecidos neste Regulamento;</w:t>
      </w:r>
    </w:p>
    <w:p w14:paraId="2793674B" w14:textId="77777777" w:rsidR="008837FD" w:rsidRDefault="00E37865">
      <w:pPr>
        <w:spacing w:after="100"/>
        <w:jc w:val="both"/>
      </w:pPr>
      <w:r>
        <w:t>b) desenvolver o projeto de acordo com as informações apresentadas na inscrição;</w:t>
      </w:r>
    </w:p>
    <w:p w14:paraId="5CEE7BB7" w14:textId="77777777" w:rsidR="008837FD" w:rsidRDefault="00E37865">
      <w:pPr>
        <w:spacing w:after="100"/>
        <w:jc w:val="both"/>
      </w:pPr>
      <w:r>
        <w:t>c) providenciar os materiais e equipamentos necessários;</w:t>
      </w:r>
    </w:p>
    <w:p w14:paraId="440D02A8" w14:textId="77777777" w:rsidR="008837FD" w:rsidRDefault="00E37865">
      <w:pPr>
        <w:spacing w:after="100"/>
        <w:jc w:val="both"/>
      </w:pPr>
      <w:r>
        <w:t>d) zelar pela conservação dos espaços e equipamentos utilizados;</w:t>
      </w:r>
    </w:p>
    <w:p w14:paraId="422BC571" w14:textId="77777777" w:rsidR="008837FD" w:rsidRDefault="00E37865">
      <w:pPr>
        <w:spacing w:after="100"/>
        <w:jc w:val="both"/>
      </w:pPr>
      <w:r>
        <w:t>e) manter o projeto organizado durante todo o período de exposição;</w:t>
      </w:r>
    </w:p>
    <w:p w14:paraId="244254CC" w14:textId="77777777" w:rsidR="008837FD" w:rsidRDefault="00E37865">
      <w:pPr>
        <w:spacing w:after="100"/>
        <w:jc w:val="both"/>
      </w:pPr>
      <w:r>
        <w:t>f) garantir a presença de representantes durante os horários de visitação;</w:t>
      </w:r>
    </w:p>
    <w:p w14:paraId="1FBBDA4C" w14:textId="77777777" w:rsidR="008837FD" w:rsidRDefault="00E37865">
      <w:pPr>
        <w:spacing w:after="100"/>
        <w:jc w:val="both"/>
      </w:pPr>
      <w:r>
        <w:t>g) realizar a montagem e desmontagem dentro dos períodos estabelecidos;</w:t>
      </w:r>
    </w:p>
    <w:p w14:paraId="04B25454" w14:textId="77777777" w:rsidR="008837FD" w:rsidRDefault="00E37865">
      <w:pPr>
        <w:spacing w:after="100"/>
        <w:jc w:val="both"/>
      </w:pPr>
      <w:r>
        <w:t>h) entregar o espaço utilizado limpo, organizado e nas mesmas condições em que foi disponibilizado;</w:t>
      </w:r>
    </w:p>
    <w:p w14:paraId="4859CF44" w14:textId="77777777" w:rsidR="008837FD" w:rsidRDefault="00E37865">
      <w:pPr>
        <w:spacing w:after="100"/>
        <w:jc w:val="both"/>
      </w:pPr>
      <w:r>
        <w:t>i) respeitar as orientações da Direção, Coordenação, professores responsáveis e Comissão Organizadora;</w:t>
      </w:r>
    </w:p>
    <w:p w14:paraId="387138BF" w14:textId="77777777" w:rsidR="008837FD" w:rsidRDefault="00E37865">
      <w:pPr>
        <w:spacing w:after="100"/>
        <w:jc w:val="both"/>
      </w:pPr>
      <w:r>
        <w:t>j) manter conduta respeitosa e adequada durante todas as etapas da EXPOETE.</w:t>
      </w:r>
    </w:p>
    <w:p w14:paraId="6A9AD771" w14:textId="77777777" w:rsidR="008837FD" w:rsidRDefault="00E37865">
      <w:pPr>
        <w:spacing w:before="200" w:after="100"/>
      </w:pPr>
      <w:r>
        <w:rPr>
          <w:b/>
          <w:sz w:val="24"/>
        </w:rPr>
        <w:t>15. DAS DISPOSIÇÕES FINAIS</w:t>
      </w:r>
    </w:p>
    <w:p w14:paraId="51480502" w14:textId="77777777" w:rsidR="008837FD" w:rsidRDefault="00E37865">
      <w:pPr>
        <w:spacing w:after="100"/>
        <w:jc w:val="both"/>
      </w:pPr>
      <w:r>
        <w:t>15.1 A participação na EXPOETE 2026 implica a ciência e a concordância com todas as normas estabelecidas neste Regulamento.</w:t>
      </w:r>
    </w:p>
    <w:p w14:paraId="52F4FA56" w14:textId="77777777" w:rsidR="008837FD" w:rsidRDefault="00E37865">
      <w:pPr>
        <w:spacing w:after="100"/>
        <w:jc w:val="both"/>
      </w:pPr>
      <w:r>
        <w:t>15.2 Os casos omissos neste Regulamento serão analisados e deliberados pela Direção da Unidade Escolar, Coordenação e Comissão Organizadora da EXPOETE, conforme a natureza da situação.</w:t>
      </w:r>
    </w:p>
    <w:p w14:paraId="1B34A291" w14:textId="77777777" w:rsidR="008837FD" w:rsidRDefault="00E37865">
      <w:pPr>
        <w:spacing w:after="100"/>
        <w:jc w:val="both"/>
      </w:pPr>
      <w:r>
        <w:t>15.3 A organização poderá realizar adequações necessárias à execução do evento, considerando questões de segurança, infraestrutura, logística, organização dos espaços e demais necessidades institucionais.</w:t>
      </w:r>
    </w:p>
    <w:p w14:paraId="44B14BBD" w14:textId="5A175C5B" w:rsidR="00C91F58" w:rsidRDefault="00C91F58">
      <w:pPr>
        <w:spacing w:after="100"/>
        <w:jc w:val="both"/>
      </w:pPr>
      <w:r>
        <w:t xml:space="preserve">15.4 </w:t>
      </w:r>
      <w:r w:rsidRPr="00C91F58">
        <w:t xml:space="preserve">Os projetos de TCC que forem apresentados na EXPOETE deverão realizar </w:t>
      </w:r>
      <w:r w:rsidRPr="00C91F58">
        <w:rPr>
          <w:b/>
          <w:bCs/>
        </w:rPr>
        <w:t>inscrição específica para o evento</w:t>
      </w:r>
      <w:r w:rsidRPr="00C91F58">
        <w:t>, não sendo considerados automaticamente inscritos em razão de sua participação no TCC do curso.</w:t>
      </w:r>
    </w:p>
    <w:p w14:paraId="4D4D48AD" w14:textId="0CDE7C71" w:rsidR="008837FD" w:rsidRDefault="00E37865">
      <w:pPr>
        <w:spacing w:after="100"/>
        <w:jc w:val="both"/>
      </w:pPr>
      <w:r>
        <w:t>15.</w:t>
      </w:r>
      <w:r w:rsidR="00C91F58">
        <w:t>5</w:t>
      </w:r>
      <w:r>
        <w:t xml:space="preserve"> O presente Regulamento entra em vigor na data de sua divulgação.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8837FD" w14:paraId="1C494DC9" w14:textId="77777777" w:rsidTr="00F76BFB">
        <w:trPr>
          <w:jc w:val="center"/>
        </w:trPr>
        <w:tc>
          <w:tcPr>
            <w:tcW w:w="4698" w:type="dxa"/>
            <w:vAlign w:val="center"/>
          </w:tcPr>
          <w:p w14:paraId="28E9F0F0" w14:textId="77777777" w:rsidR="008837FD" w:rsidRDefault="00E37865">
            <w:r>
              <w:rPr>
                <w:sz w:val="20"/>
              </w:rPr>
              <w:lastRenderedPageBreak/>
              <w:t>ETAPA</w:t>
            </w:r>
          </w:p>
        </w:tc>
        <w:tc>
          <w:tcPr>
            <w:tcW w:w="4698" w:type="dxa"/>
            <w:vAlign w:val="center"/>
          </w:tcPr>
          <w:p w14:paraId="31CCE3BB" w14:textId="77777777" w:rsidR="008837FD" w:rsidRDefault="00E37865">
            <w:r>
              <w:rPr>
                <w:sz w:val="20"/>
              </w:rPr>
              <w:t>DATA</w:t>
            </w:r>
          </w:p>
        </w:tc>
      </w:tr>
      <w:tr w:rsidR="00F76BFB" w14:paraId="2359CDFB" w14:textId="77777777" w:rsidTr="00F76BFB">
        <w:trPr>
          <w:jc w:val="center"/>
        </w:trPr>
        <w:tc>
          <w:tcPr>
            <w:tcW w:w="4698" w:type="dxa"/>
            <w:vAlign w:val="center"/>
          </w:tcPr>
          <w:p w14:paraId="10303D2C" w14:textId="580EEB6F" w:rsidR="00F76BFB" w:rsidRDefault="00F76BFB">
            <w:pPr>
              <w:rPr>
                <w:sz w:val="20"/>
              </w:rPr>
            </w:pPr>
            <w:r>
              <w:rPr>
                <w:sz w:val="20"/>
              </w:rPr>
              <w:t>Inicio das inscrições on-line</w:t>
            </w:r>
          </w:p>
        </w:tc>
        <w:tc>
          <w:tcPr>
            <w:tcW w:w="4698" w:type="dxa"/>
            <w:vAlign w:val="center"/>
          </w:tcPr>
          <w:p w14:paraId="25A76EFE" w14:textId="6C2CCBEB" w:rsidR="00F76BFB" w:rsidRDefault="003877EF">
            <w:pPr>
              <w:rPr>
                <w:sz w:val="20"/>
              </w:rPr>
            </w:pPr>
            <w:r>
              <w:rPr>
                <w:sz w:val="20"/>
              </w:rPr>
              <w:t>20</w:t>
            </w:r>
            <w:r w:rsidR="00F76BFB">
              <w:rPr>
                <w:sz w:val="20"/>
              </w:rPr>
              <w:t>/08/2026</w:t>
            </w:r>
          </w:p>
        </w:tc>
      </w:tr>
      <w:tr w:rsidR="008837FD" w14:paraId="70D30522" w14:textId="77777777" w:rsidTr="00F76BFB">
        <w:trPr>
          <w:jc w:val="center"/>
        </w:trPr>
        <w:tc>
          <w:tcPr>
            <w:tcW w:w="4698" w:type="dxa"/>
            <w:vAlign w:val="center"/>
          </w:tcPr>
          <w:p w14:paraId="4339CB1F" w14:textId="77777777" w:rsidR="008837FD" w:rsidRDefault="00E37865">
            <w:r>
              <w:rPr>
                <w:sz w:val="20"/>
              </w:rPr>
              <w:t>Prazo final para inscrição on-line</w:t>
            </w:r>
          </w:p>
        </w:tc>
        <w:tc>
          <w:tcPr>
            <w:tcW w:w="4698" w:type="dxa"/>
            <w:vAlign w:val="center"/>
          </w:tcPr>
          <w:p w14:paraId="1B323975" w14:textId="77777777" w:rsidR="008837FD" w:rsidRDefault="00E37865">
            <w:r>
              <w:rPr>
                <w:sz w:val="20"/>
              </w:rPr>
              <w:t>Até 08/09/2026</w:t>
            </w:r>
          </w:p>
        </w:tc>
      </w:tr>
      <w:tr w:rsidR="008837FD" w14:paraId="30A42EEB" w14:textId="77777777" w:rsidTr="00F76BFB">
        <w:trPr>
          <w:jc w:val="center"/>
        </w:trPr>
        <w:tc>
          <w:tcPr>
            <w:tcW w:w="4698" w:type="dxa"/>
            <w:vAlign w:val="center"/>
          </w:tcPr>
          <w:p w14:paraId="6A78DC11" w14:textId="77777777" w:rsidR="008837FD" w:rsidRDefault="00E37865">
            <w:r>
              <w:rPr>
                <w:sz w:val="20"/>
              </w:rPr>
              <w:t>Análise interna e aprovação dos projetos</w:t>
            </w:r>
          </w:p>
        </w:tc>
        <w:tc>
          <w:tcPr>
            <w:tcW w:w="4698" w:type="dxa"/>
            <w:vAlign w:val="center"/>
          </w:tcPr>
          <w:p w14:paraId="399F559D" w14:textId="77777777" w:rsidR="008837FD" w:rsidRDefault="00E37865">
            <w:r>
              <w:rPr>
                <w:sz w:val="20"/>
              </w:rPr>
              <w:t>14/09/2026</w:t>
            </w:r>
          </w:p>
        </w:tc>
      </w:tr>
      <w:tr w:rsidR="008837FD" w14:paraId="260E41AD" w14:textId="77777777" w:rsidTr="00F76BFB">
        <w:trPr>
          <w:jc w:val="center"/>
        </w:trPr>
        <w:tc>
          <w:tcPr>
            <w:tcW w:w="4698" w:type="dxa"/>
            <w:vAlign w:val="center"/>
          </w:tcPr>
          <w:p w14:paraId="25A8C0C5" w14:textId="77777777" w:rsidR="008837FD" w:rsidRDefault="00E37865">
            <w:r>
              <w:rPr>
                <w:sz w:val="20"/>
              </w:rPr>
              <w:t>Divulgação dos projetos aprovados</w:t>
            </w:r>
          </w:p>
        </w:tc>
        <w:tc>
          <w:tcPr>
            <w:tcW w:w="4698" w:type="dxa"/>
            <w:vAlign w:val="center"/>
          </w:tcPr>
          <w:p w14:paraId="55F7FF69" w14:textId="77777777" w:rsidR="008837FD" w:rsidRDefault="00E37865">
            <w:r>
              <w:rPr>
                <w:sz w:val="20"/>
              </w:rPr>
              <w:t>18/09/2026</w:t>
            </w:r>
          </w:p>
        </w:tc>
      </w:tr>
      <w:tr w:rsidR="008837FD" w14:paraId="7741900A" w14:textId="77777777" w:rsidTr="00F76BFB">
        <w:trPr>
          <w:jc w:val="center"/>
        </w:trPr>
        <w:tc>
          <w:tcPr>
            <w:tcW w:w="4698" w:type="dxa"/>
            <w:vAlign w:val="center"/>
          </w:tcPr>
          <w:p w14:paraId="0BFA5E38" w14:textId="77777777" w:rsidR="008837FD" w:rsidRDefault="00E37865">
            <w:r>
              <w:rPr>
                <w:sz w:val="20"/>
              </w:rPr>
              <w:t>Montagem dos projetos</w:t>
            </w:r>
          </w:p>
        </w:tc>
        <w:tc>
          <w:tcPr>
            <w:tcW w:w="4698" w:type="dxa"/>
            <w:vAlign w:val="center"/>
          </w:tcPr>
          <w:p w14:paraId="1EFD520D" w14:textId="77777777" w:rsidR="008837FD" w:rsidRDefault="00E37865">
            <w:r>
              <w:rPr>
                <w:sz w:val="20"/>
              </w:rPr>
              <w:t>05 e 06/10/2026</w:t>
            </w:r>
          </w:p>
        </w:tc>
      </w:tr>
      <w:tr w:rsidR="008837FD" w14:paraId="21D94AA5" w14:textId="77777777" w:rsidTr="00F76BFB">
        <w:trPr>
          <w:jc w:val="center"/>
        </w:trPr>
        <w:tc>
          <w:tcPr>
            <w:tcW w:w="4698" w:type="dxa"/>
            <w:vAlign w:val="center"/>
          </w:tcPr>
          <w:p w14:paraId="293FCF3D" w14:textId="77777777" w:rsidR="008837FD" w:rsidRDefault="00E37865">
            <w:r>
              <w:rPr>
                <w:sz w:val="20"/>
              </w:rPr>
              <w:t>Visitação e apresentação dos projetos</w:t>
            </w:r>
          </w:p>
        </w:tc>
        <w:tc>
          <w:tcPr>
            <w:tcW w:w="4698" w:type="dxa"/>
            <w:vAlign w:val="center"/>
          </w:tcPr>
          <w:p w14:paraId="0FFE1787" w14:textId="77777777" w:rsidR="008837FD" w:rsidRDefault="00E37865">
            <w:r>
              <w:rPr>
                <w:sz w:val="20"/>
              </w:rPr>
              <w:t>07 e 08/10/2026</w:t>
            </w:r>
          </w:p>
        </w:tc>
      </w:tr>
      <w:tr w:rsidR="008837FD" w14:paraId="46F3463D" w14:textId="77777777" w:rsidTr="00F76BFB">
        <w:trPr>
          <w:jc w:val="center"/>
        </w:trPr>
        <w:tc>
          <w:tcPr>
            <w:tcW w:w="4698" w:type="dxa"/>
            <w:vAlign w:val="center"/>
          </w:tcPr>
          <w:p w14:paraId="2811630D" w14:textId="77777777" w:rsidR="008837FD" w:rsidRDefault="00E37865">
            <w:r>
              <w:rPr>
                <w:sz w:val="20"/>
              </w:rPr>
              <w:t>Desmontagem e reorganização da Unidade Escolar</w:t>
            </w:r>
          </w:p>
        </w:tc>
        <w:tc>
          <w:tcPr>
            <w:tcW w:w="4698" w:type="dxa"/>
            <w:vAlign w:val="center"/>
          </w:tcPr>
          <w:p w14:paraId="3E11ABA9" w14:textId="77777777" w:rsidR="008837FD" w:rsidRDefault="00E37865">
            <w:r>
              <w:rPr>
                <w:sz w:val="20"/>
              </w:rPr>
              <w:t>09/10/2026</w:t>
            </w:r>
          </w:p>
        </w:tc>
      </w:tr>
    </w:tbl>
    <w:p w14:paraId="7DDA75D0" w14:textId="77777777" w:rsidR="00DE2F49" w:rsidRDefault="00DE2F49">
      <w:pPr>
        <w:spacing w:after="100"/>
        <w:jc w:val="both"/>
      </w:pPr>
    </w:p>
    <w:p w14:paraId="40E69CBB" w14:textId="77777777" w:rsidR="008837FD" w:rsidRDefault="00E37865">
      <w:pPr>
        <w:spacing w:after="100"/>
        <w:jc w:val="both"/>
      </w:pPr>
      <w:r>
        <w:t>Os prazos estabelecidos no cronograma deverão ser rigorosamente observados pelas equipes participantes.</w:t>
      </w:r>
    </w:p>
    <w:p w14:paraId="6A1788A0" w14:textId="77777777" w:rsidR="008837FD" w:rsidRDefault="00E37865">
      <w:pPr>
        <w:spacing w:after="100"/>
        <w:jc w:val="both"/>
      </w:pPr>
      <w:r>
        <w:t>Eventuais alterações no cronograma serão comunicadas pela organização da EXPOETE por meio dos canais oficiais da Unidade Escolar.</w:t>
      </w:r>
    </w:p>
    <w:p w14:paraId="23E14209" w14:textId="77777777" w:rsidR="008837FD" w:rsidRDefault="008837FD"/>
    <w:p w14:paraId="13AF19EE" w14:textId="17C1AF43" w:rsidR="008837FD" w:rsidRDefault="00E37865">
      <w:pPr>
        <w:jc w:val="center"/>
      </w:pPr>
      <w:r>
        <w:t xml:space="preserve">Mogi Mirim, </w:t>
      </w:r>
      <w:r w:rsidR="00DE2F49">
        <w:t>1</w:t>
      </w:r>
      <w:r w:rsidR="003877EF">
        <w:t>8</w:t>
      </w:r>
      <w:r>
        <w:t xml:space="preserve"> de </w:t>
      </w:r>
      <w:r w:rsidR="00DE2F49">
        <w:t>agosto</w:t>
      </w:r>
      <w:r>
        <w:t xml:space="preserve"> de 2026.</w:t>
      </w:r>
    </w:p>
    <w:p w14:paraId="3F827DF4" w14:textId="77777777" w:rsidR="008837FD" w:rsidRDefault="00E37865">
      <w:pPr>
        <w:jc w:val="center"/>
      </w:pPr>
      <w:r>
        <w:rPr>
          <w:b/>
        </w:rPr>
        <w:t>EXPOETE 2026</w:t>
      </w:r>
    </w:p>
    <w:p w14:paraId="0C26BFDA" w14:textId="77777777" w:rsidR="008837FD" w:rsidRDefault="00E37865">
      <w:pPr>
        <w:jc w:val="center"/>
      </w:pPr>
      <w:r>
        <w:rPr>
          <w:i/>
        </w:rPr>
        <w:t>“Ideias que Conectam, Soluções que Transformam”</w:t>
      </w:r>
    </w:p>
    <w:p w14:paraId="459AC93D" w14:textId="77777777" w:rsidR="008837FD" w:rsidRDefault="00E37865">
      <w:pPr>
        <w:jc w:val="center"/>
      </w:pPr>
      <w:r>
        <w:rPr>
          <w:b/>
        </w:rPr>
        <w:t>ETEC Pedro Ferreira Alves</w:t>
      </w:r>
      <w:r>
        <w:rPr>
          <w:b/>
        </w:rPr>
        <w:br/>
        <w:t>Centro Estadual de Educação Tecnológica Paula Souza</w:t>
      </w:r>
    </w:p>
    <w:sectPr w:rsidR="008837FD" w:rsidSect="00034616">
      <w:headerReference w:type="default" r:id="rId8"/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FDDE" w14:textId="77777777" w:rsidR="009D2AE7" w:rsidRDefault="009D2AE7" w:rsidP="009B05E2">
      <w:pPr>
        <w:spacing w:after="0" w:line="240" w:lineRule="auto"/>
      </w:pPr>
      <w:r>
        <w:separator/>
      </w:r>
    </w:p>
  </w:endnote>
  <w:endnote w:type="continuationSeparator" w:id="0">
    <w:p w14:paraId="708113E2" w14:textId="77777777" w:rsidR="009D2AE7" w:rsidRDefault="009D2AE7" w:rsidP="009B05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AF07A" w14:textId="77777777" w:rsidR="009D2AE7" w:rsidRDefault="009D2AE7" w:rsidP="009B05E2">
      <w:pPr>
        <w:spacing w:after="0" w:line="240" w:lineRule="auto"/>
      </w:pPr>
      <w:r>
        <w:separator/>
      </w:r>
    </w:p>
  </w:footnote>
  <w:footnote w:type="continuationSeparator" w:id="0">
    <w:p w14:paraId="24F96858" w14:textId="77777777" w:rsidR="009D2AE7" w:rsidRDefault="009D2AE7" w:rsidP="009B05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DDED0" w14:textId="77777777" w:rsidR="009B05E2" w:rsidRPr="00621761" w:rsidRDefault="009B05E2" w:rsidP="009B05E2">
    <w:pPr>
      <w:pStyle w:val="Cabealho"/>
      <w:tabs>
        <w:tab w:val="right" w:pos="8498"/>
      </w:tabs>
      <w:jc w:val="right"/>
      <w:rPr>
        <w:sz w:val="16"/>
        <w:szCs w:val="16"/>
      </w:rPr>
    </w:pPr>
    <w:r w:rsidRPr="00621761">
      <w:rPr>
        <w:rFonts w:ascii="Verdana" w:hAnsi="Verdana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76828225" wp14:editId="07C7C38D">
          <wp:simplePos x="0" y="0"/>
          <wp:positionH relativeFrom="column">
            <wp:posOffset>4391660</wp:posOffset>
          </wp:positionH>
          <wp:positionV relativeFrom="paragraph">
            <wp:posOffset>-272415</wp:posOffset>
          </wp:positionV>
          <wp:extent cx="1009650" cy="662042"/>
          <wp:effectExtent l="0" t="0" r="0" b="0"/>
          <wp:wrapThrough wrapText="bothSides">
            <wp:wrapPolygon edited="0">
              <wp:start x="8151" y="4353"/>
              <wp:lineTo x="6928" y="7463"/>
              <wp:lineTo x="6928" y="11194"/>
              <wp:lineTo x="9781" y="15547"/>
              <wp:lineTo x="10596" y="18035"/>
              <wp:lineTo x="12226" y="19278"/>
              <wp:lineTo x="19155" y="19278"/>
              <wp:lineTo x="19970" y="17413"/>
              <wp:lineTo x="19155" y="6219"/>
              <wp:lineTo x="11004" y="4353"/>
              <wp:lineTo x="8151" y="4353"/>
            </wp:wrapPolygon>
          </wp:wrapThrough>
          <wp:docPr id="3" name="Imagem 3" descr="Ícone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 descr="Ícone&#10;&#10;Descrição gerada automaticamente"/>
                  <pic:cNvPicPr/>
                </pic:nvPicPr>
                <pic:blipFill rotWithShape="1">
                  <a:blip r:embed="rId1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2147"/>
                  <a:stretch/>
                </pic:blipFill>
                <pic:spPr bwMode="auto">
                  <a:xfrm>
                    <a:off x="0" y="0"/>
                    <a:ext cx="1009650" cy="6620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Verdana" w:hAnsi="Verdana"/>
        <w:noProof/>
        <w:sz w:val="16"/>
        <w:szCs w:val="16"/>
        <w:lang w:val="pt-BR" w:eastAsia="pt-BR"/>
      </w:rPr>
      <w:drawing>
        <wp:anchor distT="0" distB="0" distL="114300" distR="114300" simplePos="0" relativeHeight="251660288" behindDoc="1" locked="0" layoutInCell="1" allowOverlap="1" wp14:anchorId="15A5A050" wp14:editId="0E03D75C">
          <wp:simplePos x="0" y="0"/>
          <wp:positionH relativeFrom="margin">
            <wp:posOffset>5280660</wp:posOffset>
          </wp:positionH>
          <wp:positionV relativeFrom="paragraph">
            <wp:posOffset>-456565</wp:posOffset>
          </wp:positionV>
          <wp:extent cx="1016000" cy="1016000"/>
          <wp:effectExtent l="0" t="0" r="0" b="0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SP-01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6000" cy="101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D98231" w14:textId="77777777" w:rsidR="009B05E2" w:rsidRDefault="009B05E2" w:rsidP="009B05E2">
    <w:pPr>
      <w:pStyle w:val="Cabealho"/>
      <w:jc w:val="center"/>
      <w:rPr>
        <w:rFonts w:ascii="Verdana" w:hAnsi="Verdana"/>
        <w:sz w:val="16"/>
        <w:szCs w:val="16"/>
      </w:rPr>
    </w:pPr>
  </w:p>
  <w:p w14:paraId="23646739" w14:textId="77777777" w:rsidR="009B05E2" w:rsidRDefault="009B05E2" w:rsidP="009B05E2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 xml:space="preserve">                                      </w:t>
    </w:r>
  </w:p>
  <w:p w14:paraId="5DD8ABE1" w14:textId="77777777" w:rsidR="009B05E2" w:rsidRPr="00621761" w:rsidRDefault="009B05E2" w:rsidP="009B05E2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 xml:space="preserve"> Escola Técnica Estadual</w:t>
    </w:r>
  </w:p>
  <w:p w14:paraId="5C46BD17" w14:textId="77777777" w:rsidR="009B05E2" w:rsidRDefault="009B05E2" w:rsidP="009B05E2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PEDRO FERREIRA ALVES</w:t>
    </w:r>
  </w:p>
  <w:p w14:paraId="20D0F9D8" w14:textId="77777777" w:rsidR="009B05E2" w:rsidRDefault="009B05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91388910">
    <w:abstractNumId w:val="8"/>
  </w:num>
  <w:num w:numId="2" w16cid:durableId="158692947">
    <w:abstractNumId w:val="6"/>
  </w:num>
  <w:num w:numId="3" w16cid:durableId="1620260622">
    <w:abstractNumId w:val="5"/>
  </w:num>
  <w:num w:numId="4" w16cid:durableId="1698652839">
    <w:abstractNumId w:val="4"/>
  </w:num>
  <w:num w:numId="5" w16cid:durableId="653143259">
    <w:abstractNumId w:val="7"/>
  </w:num>
  <w:num w:numId="6" w16cid:durableId="1264874655">
    <w:abstractNumId w:val="3"/>
  </w:num>
  <w:num w:numId="7" w16cid:durableId="1658265880">
    <w:abstractNumId w:val="2"/>
  </w:num>
  <w:num w:numId="8" w16cid:durableId="2144345543">
    <w:abstractNumId w:val="1"/>
  </w:num>
  <w:num w:numId="9" w16cid:durableId="193655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76E"/>
    <w:rsid w:val="0006063C"/>
    <w:rsid w:val="0015074B"/>
    <w:rsid w:val="0029639D"/>
    <w:rsid w:val="00326F90"/>
    <w:rsid w:val="003877EF"/>
    <w:rsid w:val="00457BE6"/>
    <w:rsid w:val="007805C3"/>
    <w:rsid w:val="008837FD"/>
    <w:rsid w:val="008A3449"/>
    <w:rsid w:val="009104BB"/>
    <w:rsid w:val="009B05E2"/>
    <w:rsid w:val="009B5B8E"/>
    <w:rsid w:val="009D2AE7"/>
    <w:rsid w:val="00A96DCD"/>
    <w:rsid w:val="00AA1D8D"/>
    <w:rsid w:val="00B47730"/>
    <w:rsid w:val="00B60EAB"/>
    <w:rsid w:val="00C84436"/>
    <w:rsid w:val="00C91F58"/>
    <w:rsid w:val="00CB0664"/>
    <w:rsid w:val="00DE2F49"/>
    <w:rsid w:val="00E37865"/>
    <w:rsid w:val="00EA3393"/>
    <w:rsid w:val="00F76BFB"/>
    <w:rsid w:val="00FA2BF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C6CF47"/>
  <w14:defaultImageDpi w14:val="300"/>
  <w15:docId w15:val="{72262080-8ACC-4C3B-9687-0406152E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FA2B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2B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7B363E-2732-48B9-AEE8-049188D67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2241</Words>
  <Characters>12107</Characters>
  <Application>Microsoft Office Word</Application>
  <DocSecurity>0</DocSecurity>
  <Lines>100</Lines>
  <Paragraphs>28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14320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e096dir - Etec Pedro Ferreira Alves</cp:lastModifiedBy>
  <cp:revision>2</cp:revision>
  <cp:lastPrinted>2026-08-11T16:35:00Z</cp:lastPrinted>
  <dcterms:created xsi:type="dcterms:W3CDTF">2026-08-18T18:38:00Z</dcterms:created>
  <dcterms:modified xsi:type="dcterms:W3CDTF">2026-08-18T18:38:00Z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2026-08-18T18:36:58Z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ae1ccb7b-6ed3-42e4-9a21-bd25f71e3dec</vt:lpwstr>
  </property>
  <property fmtid="{D5CDD505-2E9C-101B-9397-08002B2CF9AE}" pid="8" name="MSIP_Label_ff380b4d-8a71-4241-982c-3816ad3ce8fc_ContentBits">
    <vt:lpwstr>0</vt:lpwstr>
  </property>
  <property fmtid="{D5CDD505-2E9C-101B-9397-08002B2CF9AE}" pid="9" name="MSIP_Label_ff380b4d-8a71-4241-982c-3816ad3ce8fc_Tag">
    <vt:lpwstr>10, 3, 0, 1</vt:lpwstr>
  </property>
</Properties>
</file>